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047FF" w14:textId="37DC5380" w:rsidR="00C74FA6" w:rsidRPr="003351F3" w:rsidRDefault="00903A9F" w:rsidP="00903A9F">
      <w:pPr>
        <w:rPr>
          <w:rFonts w:ascii="Segoe UI Symbol" w:hAnsi="Segoe UI Symbol" w:cs="Segoe UI Symbol"/>
          <w:color w:val="1F497D" w:themeColor="text2"/>
          <w:sz w:val="24"/>
          <w:szCs w:val="24"/>
          <w:lang w:val="nl-NL"/>
        </w:rPr>
      </w:pPr>
      <w:r w:rsidRPr="00E822ED">
        <w:rPr>
          <w:b/>
          <w:color w:val="48627A"/>
          <w:sz w:val="44"/>
          <w:lang w:val="nl-NL"/>
        </w:rPr>
        <w:t>KUNST</w:t>
      </w:r>
      <w:r>
        <w:rPr>
          <w:b/>
          <w:color w:val="48627A"/>
          <w:sz w:val="44"/>
          <w:lang w:val="nl-NL"/>
        </w:rPr>
        <w:t>FICHE</w:t>
      </w:r>
      <w:r>
        <w:rPr>
          <w:b/>
          <w:color w:val="48627A"/>
          <w:sz w:val="44"/>
          <w:lang w:val="nl-NL"/>
        </w:rPr>
        <w:br/>
      </w:r>
      <w:r w:rsidRPr="00903A9F">
        <w:rPr>
          <w:color w:val="1F497D" w:themeColor="text2"/>
          <w:sz w:val="24"/>
          <w:szCs w:val="24"/>
          <w:lang w:val="nl-NL"/>
        </w:rPr>
        <w:t xml:space="preserve">Deadline uploaden kunstfiche: </w:t>
      </w:r>
      <w:r w:rsidRPr="00903A9F">
        <w:rPr>
          <w:b/>
          <w:color w:val="1F497D" w:themeColor="text2"/>
          <w:sz w:val="24"/>
          <w:szCs w:val="24"/>
          <w:lang w:val="nl-NL"/>
        </w:rPr>
        <w:t>22 september</w:t>
      </w:r>
      <w:r w:rsidRPr="00903A9F">
        <w:rPr>
          <w:color w:val="1F497D" w:themeColor="text2"/>
          <w:sz w:val="24"/>
          <w:szCs w:val="24"/>
          <w:lang w:val="nl-NL"/>
        </w:rPr>
        <w:t xml:space="preserve"> </w:t>
      </w:r>
      <w:r w:rsidR="00721D73" w:rsidRPr="00903A9F">
        <w:rPr>
          <w:b/>
          <w:bCs/>
          <w:color w:val="1F497D" w:themeColor="text2"/>
          <w:sz w:val="24"/>
          <w:szCs w:val="24"/>
          <w:lang w:val="nl-NL"/>
        </w:rPr>
        <w:t>2026</w:t>
      </w:r>
      <w:r w:rsidRPr="00903A9F">
        <w:rPr>
          <w:color w:val="1F497D" w:themeColor="text2"/>
          <w:lang w:val="nl-NL"/>
        </w:rPr>
        <w:br/>
      </w:r>
      <w:r w:rsidRPr="00903A9F">
        <w:rPr>
          <w:rFonts w:cstheme="majorHAnsi"/>
          <w:b/>
          <w:bCs/>
          <w:color w:val="1F497D" w:themeColor="text2"/>
          <w:sz w:val="24"/>
          <w:szCs w:val="24"/>
          <w:lang w:val="nl-NL"/>
        </w:rPr>
        <w:br/>
      </w:r>
      <w:r w:rsidRPr="00903A9F">
        <w:rPr>
          <w:rFonts w:asciiTheme="majorHAnsi" w:hAnsiTheme="majorHAnsi" w:cstheme="majorHAnsi"/>
          <w:b/>
          <w:bCs/>
          <w:color w:val="1F497D" w:themeColor="text2"/>
          <w:sz w:val="24"/>
          <w:szCs w:val="24"/>
          <w:lang w:val="nl-NL"/>
        </w:rPr>
        <w:t>Dit document bevat</w:t>
      </w:r>
      <w:r w:rsidRPr="00903A9F">
        <w:rPr>
          <w:rFonts w:cstheme="majorHAnsi"/>
          <w:b/>
          <w:bCs/>
          <w:color w:val="1F497D" w:themeColor="text2"/>
          <w:sz w:val="24"/>
          <w:szCs w:val="24"/>
          <w:lang w:val="nl-NL"/>
        </w:rPr>
        <w:t xml:space="preserve"> </w:t>
      </w:r>
      <w:r>
        <w:rPr>
          <w:rFonts w:cstheme="majorHAnsi"/>
          <w:b/>
          <w:bCs/>
          <w:color w:val="1F497D" w:themeColor="text2"/>
          <w:sz w:val="24"/>
          <w:szCs w:val="24"/>
          <w:lang w:val="nl-NL"/>
        </w:rPr>
        <w:t xml:space="preserve">op de computer </w:t>
      </w:r>
      <w:r w:rsidRPr="00903A9F">
        <w:rPr>
          <w:rFonts w:cstheme="majorHAnsi"/>
          <w:b/>
          <w:bCs/>
          <w:color w:val="1F497D" w:themeColor="text2"/>
          <w:sz w:val="24"/>
          <w:szCs w:val="24"/>
          <w:lang w:val="nl-NL"/>
        </w:rPr>
        <w:t>getypt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: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br/>
      </w:r>
      <w:r w:rsidRPr="00903A9F">
        <w:rPr>
          <w:rFonts w:ascii="Segoe UI Symbol" w:hAnsi="Segoe UI Symbol" w:cs="Segoe UI Symbol"/>
          <w:color w:val="1F497D" w:themeColor="text2"/>
          <w:sz w:val="24"/>
          <w:szCs w:val="24"/>
          <w:lang w:val="nl-NL"/>
        </w:rPr>
        <w:t>☐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 xml:space="preserve"> Volledig ingevulde kunstfiche </w:t>
      </w:r>
      <w:r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[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pagina 1 + 2</w:t>
      </w:r>
      <w:r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]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.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br/>
      </w:r>
      <w:r w:rsidRPr="00903A9F">
        <w:rPr>
          <w:rFonts w:ascii="Segoe UI Symbol" w:hAnsi="Segoe UI Symbol" w:cs="Segoe UI Symbol"/>
          <w:color w:val="1F497D" w:themeColor="text2"/>
          <w:sz w:val="24"/>
          <w:szCs w:val="24"/>
          <w:lang w:val="nl-NL"/>
        </w:rPr>
        <w:t>☐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 xml:space="preserve"> Volledig ingevuld informatie plakkaat voor bij het kunstwerk </w:t>
      </w:r>
      <w:r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[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pagina 3</w:t>
      </w:r>
      <w:r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]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.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br/>
      </w:r>
      <w:r w:rsidRPr="00903A9F">
        <w:rPr>
          <w:rFonts w:ascii="Segoe UI Symbol" w:hAnsi="Segoe UI Symbol" w:cs="Segoe UI Symbol"/>
          <w:color w:val="1F497D" w:themeColor="text2"/>
          <w:sz w:val="24"/>
          <w:szCs w:val="24"/>
          <w:lang w:val="nl-NL"/>
        </w:rPr>
        <w:t>☐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 xml:space="preserve"> Aangevinkte toestemmingsverklaring </w:t>
      </w:r>
      <w:r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[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pagina 3</w:t>
      </w:r>
      <w:r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]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.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br/>
      </w:r>
      <w:r w:rsidRPr="00903A9F">
        <w:rPr>
          <w:rFonts w:ascii="Segoe UI Symbol" w:hAnsi="Segoe UI Symbol" w:cs="Segoe UI Symbol"/>
          <w:color w:val="1F497D" w:themeColor="text2"/>
          <w:sz w:val="24"/>
          <w:szCs w:val="24"/>
          <w:lang w:val="nl-NL"/>
        </w:rPr>
        <w:t>☐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 xml:space="preserve"> 1 duidelijke foto van je kunstwerk </w:t>
      </w:r>
      <w:r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[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maximum 3 foto's, pagina 4</w:t>
      </w:r>
      <w:r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]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.</w:t>
      </w:r>
      <w:r w:rsidRPr="00903A9F">
        <w:rPr>
          <w:color w:val="1F497D" w:themeColor="text2"/>
          <w:lang w:val="nl-NL"/>
        </w:rPr>
        <w:br/>
      </w:r>
      <w:r w:rsidRPr="00903A9F">
        <w:rPr>
          <w:rFonts w:ascii="Segoe UI Symbol" w:hAnsi="Segoe UI Symbol" w:cs="Segoe UI Symbol"/>
          <w:color w:val="1F497D" w:themeColor="text2"/>
          <w:sz w:val="24"/>
          <w:szCs w:val="24"/>
          <w:lang w:val="nl-NL"/>
        </w:rPr>
        <w:t>☐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 xml:space="preserve"> </w:t>
      </w:r>
      <w:r w:rsidR="003351F3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 xml:space="preserve">Ik heb mij ingeschreven via </w:t>
      </w:r>
      <w:hyperlink r:id="rId6" w:history="1">
        <w:r w:rsidR="0033744A" w:rsidRPr="0033744A">
          <w:rPr>
            <w:rStyle w:val="Hyperlink"/>
          </w:rPr>
          <w:t xml:space="preserve">het </w:t>
        </w:r>
        <w:proofErr w:type="spellStart"/>
        <w:r w:rsidR="0033744A" w:rsidRPr="0033744A">
          <w:rPr>
            <w:rStyle w:val="Hyperlink"/>
          </w:rPr>
          <w:t>registrati</w:t>
        </w:r>
        <w:r w:rsidR="0033744A" w:rsidRPr="0033744A">
          <w:rPr>
            <w:rStyle w:val="Hyperlink"/>
          </w:rPr>
          <w:t>eformulier</w:t>
        </w:r>
        <w:proofErr w:type="spellEnd"/>
      </w:hyperlink>
      <w:r w:rsidR="003351F3" w:rsidRPr="003351F3">
        <w:rPr>
          <w:rFonts w:asciiTheme="majorHAnsi" w:hAnsiTheme="majorHAnsi" w:cstheme="majorHAnsi"/>
          <w:color w:val="EE0000"/>
          <w:sz w:val="24"/>
          <w:szCs w:val="24"/>
          <w:lang w:val="nl-NL"/>
        </w:rPr>
        <w:t xml:space="preserve"> </w:t>
      </w:r>
      <w:r w:rsidR="003351F3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om aanwezig te zijn op 9 oktober.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 xml:space="preserve"> 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br/>
      </w:r>
      <w:r w:rsidR="002811B9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O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 xml:space="preserve">p </w:t>
      </w:r>
      <w:r w:rsidRPr="00903A9F">
        <w:rPr>
          <w:rFonts w:asciiTheme="majorHAnsi" w:hAnsiTheme="majorHAnsi" w:cstheme="majorHAnsi"/>
          <w:b/>
          <w:bCs/>
          <w:color w:val="1F497D" w:themeColor="text2"/>
          <w:sz w:val="24"/>
          <w:szCs w:val="24"/>
          <w:lang w:val="nl-NL"/>
        </w:rPr>
        <w:t>vrijdag 9 oktober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 xml:space="preserve"> kom ik </w:t>
      </w:r>
      <w:r w:rsidRPr="00903A9F">
        <w:rPr>
          <w:rFonts w:ascii="Segoe UI Symbol" w:hAnsi="Segoe UI Symbol" w:cs="Segoe UI Symbol"/>
          <w:color w:val="1F497D" w:themeColor="text2"/>
          <w:sz w:val="24"/>
          <w:szCs w:val="24"/>
          <w:lang w:val="nl-NL"/>
        </w:rPr>
        <w:t>☐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 xml:space="preserve"> niet </w:t>
      </w:r>
      <w:r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[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 xml:space="preserve">ik doe dus 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u w:val="single"/>
          <w:lang w:val="nl-NL"/>
        </w:rPr>
        <w:t>niet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 xml:space="preserve"> mee aan de vakjuryprijs</w:t>
      </w:r>
      <w:r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>].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 xml:space="preserve"> 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br/>
        <w:t xml:space="preserve">                                                   </w:t>
      </w:r>
      <w:r w:rsidRPr="00903A9F">
        <w:rPr>
          <w:rFonts w:ascii="Segoe UI Symbol" w:hAnsi="Segoe UI Symbol" w:cs="Segoe UI Symbol"/>
          <w:color w:val="1F497D" w:themeColor="text2"/>
          <w:sz w:val="24"/>
          <w:szCs w:val="24"/>
          <w:lang w:val="nl-NL"/>
        </w:rPr>
        <w:t>☐</w:t>
      </w:r>
      <w:r w:rsidR="003351F3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 xml:space="preserve"> in totaal (incl. mezelf) met … personen.</w:t>
      </w:r>
      <w:r w:rsidRPr="00903A9F">
        <w:rPr>
          <w:rFonts w:asciiTheme="majorHAnsi" w:hAnsiTheme="majorHAnsi" w:cstheme="majorHAnsi"/>
          <w:color w:val="1F497D" w:themeColor="text2"/>
          <w:sz w:val="24"/>
          <w:szCs w:val="24"/>
          <w:lang w:val="nl-NL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C74FA6" w14:paraId="1C2ECFF3" w14:textId="77777777">
        <w:trPr>
          <w:jc w:val="center"/>
        </w:trPr>
        <w:tc>
          <w:tcPr>
            <w:tcW w:w="10200" w:type="dxa"/>
            <w:shd w:val="clear" w:color="auto" w:fill="F4F8FB"/>
          </w:tcPr>
          <w:p w14:paraId="6E26E909" w14:textId="77777777" w:rsidR="00C74FA6" w:rsidRPr="00903A9F" w:rsidRDefault="002811B9">
            <w:pPr>
              <w:rPr>
                <w:sz w:val="24"/>
                <w:szCs w:val="24"/>
              </w:rPr>
            </w:pPr>
            <w:r w:rsidRPr="00903A9F">
              <w:rPr>
                <w:b/>
                <w:sz w:val="24"/>
                <w:szCs w:val="24"/>
              </w:rPr>
              <w:t>Naam</w:t>
            </w:r>
          </w:p>
          <w:p w14:paraId="65C6F195" w14:textId="5414A1D1" w:rsidR="00C74FA6" w:rsidRDefault="002811B9">
            <w:r>
              <w:t>___________________________________________________________________________________________</w:t>
            </w:r>
          </w:p>
        </w:tc>
      </w:tr>
    </w:tbl>
    <w:tbl>
      <w:tblPr>
        <w:tblpPr w:leftFromText="180" w:rightFromText="180" w:vertAnchor="text" w:horzAnchor="margin" w:tblpY="278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903A9F" w14:paraId="7EFFC65C" w14:textId="77777777" w:rsidTr="00903A9F">
        <w:tc>
          <w:tcPr>
            <w:tcW w:w="10200" w:type="dxa"/>
            <w:shd w:val="clear" w:color="auto" w:fill="F4F8FB"/>
          </w:tcPr>
          <w:p w14:paraId="64C72C1D" w14:textId="69D96FAC" w:rsidR="00903A9F" w:rsidRPr="00903A9F" w:rsidRDefault="00903A9F" w:rsidP="00903A9F">
            <w:pPr>
              <w:rPr>
                <w:sz w:val="24"/>
                <w:szCs w:val="24"/>
              </w:rPr>
            </w:pPr>
            <w:r w:rsidRPr="00903A9F">
              <w:rPr>
                <w:b/>
                <w:sz w:val="24"/>
                <w:szCs w:val="24"/>
              </w:rPr>
              <w:t>E-</w:t>
            </w:r>
            <w:proofErr w:type="spellStart"/>
            <w:r w:rsidRPr="00903A9F">
              <w:rPr>
                <w:b/>
                <w:sz w:val="24"/>
                <w:szCs w:val="24"/>
              </w:rPr>
              <w:t>mailadres</w:t>
            </w:r>
            <w:proofErr w:type="spellEnd"/>
          </w:p>
          <w:p w14:paraId="47F43771" w14:textId="77777777" w:rsidR="00903A9F" w:rsidRDefault="00903A9F" w:rsidP="00903A9F">
            <w:r>
              <w:t>___________________________________________________________________________________________</w:t>
            </w:r>
          </w:p>
        </w:tc>
      </w:tr>
    </w:tbl>
    <w:p w14:paraId="4AEC698E" w14:textId="77777777" w:rsidR="00C74FA6" w:rsidRDefault="00C74FA6"/>
    <w:p w14:paraId="02565A68" w14:textId="77777777" w:rsidR="00C74FA6" w:rsidRDefault="00C74FA6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C74FA6" w14:paraId="430308CA" w14:textId="77777777">
        <w:trPr>
          <w:jc w:val="center"/>
        </w:trPr>
        <w:tc>
          <w:tcPr>
            <w:tcW w:w="10200" w:type="dxa"/>
            <w:shd w:val="clear" w:color="auto" w:fill="F4F8FB"/>
          </w:tcPr>
          <w:p w14:paraId="45D6F5B6" w14:textId="77777777" w:rsidR="00C74FA6" w:rsidRPr="00903A9F" w:rsidRDefault="002811B9">
            <w:pPr>
              <w:rPr>
                <w:sz w:val="24"/>
                <w:szCs w:val="24"/>
              </w:rPr>
            </w:pPr>
            <w:r w:rsidRPr="00903A9F">
              <w:rPr>
                <w:b/>
                <w:sz w:val="24"/>
                <w:szCs w:val="24"/>
              </w:rPr>
              <w:t>Telefoon</w:t>
            </w:r>
          </w:p>
          <w:p w14:paraId="629D2E38" w14:textId="6FA3E705" w:rsidR="00C74FA6" w:rsidRDefault="002811B9">
            <w:r>
              <w:t>___________________________________________________________________________________________</w:t>
            </w:r>
          </w:p>
        </w:tc>
      </w:tr>
    </w:tbl>
    <w:p w14:paraId="6674FD2E" w14:textId="77777777" w:rsidR="00C74FA6" w:rsidRDefault="00C74FA6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C74FA6" w14:paraId="2A23EC8B" w14:textId="77777777">
        <w:trPr>
          <w:jc w:val="center"/>
        </w:trPr>
        <w:tc>
          <w:tcPr>
            <w:tcW w:w="10200" w:type="dxa"/>
            <w:shd w:val="clear" w:color="auto" w:fill="F4F8FB"/>
          </w:tcPr>
          <w:p w14:paraId="3121B8B6" w14:textId="77777777" w:rsidR="00C74FA6" w:rsidRPr="00903A9F" w:rsidRDefault="002811B9">
            <w:pPr>
              <w:rPr>
                <w:sz w:val="24"/>
                <w:szCs w:val="24"/>
              </w:rPr>
            </w:pPr>
            <w:r w:rsidRPr="00903A9F">
              <w:rPr>
                <w:b/>
                <w:sz w:val="24"/>
                <w:szCs w:val="24"/>
              </w:rPr>
              <w:t>Sociale media (optioneel)</w:t>
            </w:r>
          </w:p>
          <w:p w14:paraId="75B7E047" w14:textId="579AEEE6" w:rsidR="00C74FA6" w:rsidRDefault="002811B9">
            <w:r>
              <w:t>___________________________________________________________________________________________</w:t>
            </w:r>
          </w:p>
        </w:tc>
      </w:tr>
    </w:tbl>
    <w:p w14:paraId="3F3667CA" w14:textId="77777777" w:rsidR="00C74FA6" w:rsidRDefault="00C74FA6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C74FA6" w14:paraId="0B937583" w14:textId="77777777">
        <w:trPr>
          <w:jc w:val="center"/>
        </w:trPr>
        <w:tc>
          <w:tcPr>
            <w:tcW w:w="10200" w:type="dxa"/>
            <w:shd w:val="clear" w:color="auto" w:fill="F4F8FB"/>
          </w:tcPr>
          <w:p w14:paraId="25387B50" w14:textId="77777777" w:rsidR="00C74FA6" w:rsidRPr="00903A9F" w:rsidRDefault="002811B9">
            <w:pPr>
              <w:rPr>
                <w:sz w:val="24"/>
                <w:szCs w:val="24"/>
                <w:lang w:val="nl-NL"/>
              </w:rPr>
            </w:pPr>
            <w:r w:rsidRPr="00903A9F">
              <w:rPr>
                <w:b/>
                <w:sz w:val="24"/>
                <w:szCs w:val="24"/>
                <w:lang w:val="nl-NL"/>
              </w:rPr>
              <w:t>Welke gevoelens of gedachten wil je via je kunstwerk over jezelf vormgeven?</w:t>
            </w:r>
          </w:p>
          <w:p w14:paraId="02DF781E" w14:textId="6721E958" w:rsidR="00C74FA6" w:rsidRDefault="002811B9">
            <w:r>
              <w:t>___________________________________________________________________________________________</w:t>
            </w:r>
          </w:p>
          <w:p w14:paraId="520FD863" w14:textId="63847AEA" w:rsidR="00C74FA6" w:rsidRDefault="002811B9">
            <w:r>
              <w:t>___________________________________________________________________________________________</w:t>
            </w:r>
          </w:p>
          <w:p w14:paraId="44ED1E5E" w14:textId="04B01E05" w:rsidR="00C74FA6" w:rsidRDefault="002811B9">
            <w:r>
              <w:t>________________________________________________________________________</w:t>
            </w:r>
            <w:r>
              <w:t>___________________</w:t>
            </w:r>
          </w:p>
          <w:p w14:paraId="57B2C2CE" w14:textId="4FD4A237" w:rsidR="00C74FA6" w:rsidRDefault="002811B9">
            <w:r>
              <w:t>___________________________________________________________________________________________</w:t>
            </w:r>
          </w:p>
          <w:p w14:paraId="7FE83DB0" w14:textId="1D4269F5" w:rsidR="00C74FA6" w:rsidRDefault="002811B9">
            <w:r>
              <w:t>___________________________________________________________________________________________</w:t>
            </w:r>
          </w:p>
        </w:tc>
      </w:tr>
    </w:tbl>
    <w:tbl>
      <w:tblPr>
        <w:tblpPr w:leftFromText="180" w:rightFromText="180" w:vertAnchor="text" w:horzAnchor="margin" w:tblpY="112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903A9F" w14:paraId="59B4C1ED" w14:textId="77777777" w:rsidTr="00903A9F">
        <w:tc>
          <w:tcPr>
            <w:tcW w:w="10200" w:type="dxa"/>
            <w:shd w:val="clear" w:color="auto" w:fill="F4F8FB"/>
          </w:tcPr>
          <w:p w14:paraId="70E4DA43" w14:textId="77777777" w:rsidR="00903A9F" w:rsidRPr="00903A9F" w:rsidRDefault="00903A9F" w:rsidP="00903A9F">
            <w:pPr>
              <w:rPr>
                <w:sz w:val="24"/>
                <w:szCs w:val="24"/>
                <w:lang w:val="nl-NL"/>
              </w:rPr>
            </w:pPr>
            <w:r w:rsidRPr="00903A9F">
              <w:rPr>
                <w:b/>
                <w:sz w:val="24"/>
                <w:szCs w:val="24"/>
                <w:lang w:val="nl-NL"/>
              </w:rPr>
              <w:lastRenderedPageBreak/>
              <w:t>Is er iets dat je via je kunstwerk wilt communiceren naar je lotgenoten?</w:t>
            </w:r>
          </w:p>
          <w:p w14:paraId="16962B89" w14:textId="77777777" w:rsidR="00903A9F" w:rsidRDefault="00903A9F" w:rsidP="00903A9F">
            <w:r>
              <w:t>___________________________________________________________________________________________</w:t>
            </w:r>
          </w:p>
          <w:p w14:paraId="1A10EF87" w14:textId="77777777" w:rsidR="00903A9F" w:rsidRDefault="00903A9F" w:rsidP="00903A9F">
            <w:r>
              <w:t>___________________________________________________________________________________________</w:t>
            </w:r>
          </w:p>
          <w:p w14:paraId="16C1CFD5" w14:textId="77777777" w:rsidR="00903A9F" w:rsidRDefault="00903A9F" w:rsidP="00903A9F">
            <w:r>
              <w:t>___________________________________________________________________________________________</w:t>
            </w:r>
          </w:p>
          <w:p w14:paraId="244EE44A" w14:textId="77777777" w:rsidR="00903A9F" w:rsidRDefault="00903A9F" w:rsidP="00903A9F">
            <w:r>
              <w:t>___________________________________________________________________________________________</w:t>
            </w:r>
          </w:p>
          <w:p w14:paraId="0198B06C" w14:textId="77777777" w:rsidR="00903A9F" w:rsidRDefault="00903A9F" w:rsidP="00903A9F">
            <w:r>
              <w:t>___________________________________________________________________________________________</w:t>
            </w:r>
          </w:p>
        </w:tc>
      </w:tr>
    </w:tbl>
    <w:p w14:paraId="330FDDB6" w14:textId="77777777" w:rsidR="00C74FA6" w:rsidRDefault="00C74FA6"/>
    <w:tbl>
      <w:tblPr>
        <w:tblpPr w:leftFromText="180" w:rightFromText="180" w:vertAnchor="text" w:horzAnchor="margin" w:tblpY="28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903A9F" w14:paraId="7955EAE9" w14:textId="77777777" w:rsidTr="00903A9F">
        <w:tc>
          <w:tcPr>
            <w:tcW w:w="10200" w:type="dxa"/>
            <w:shd w:val="clear" w:color="auto" w:fill="F4F8FB"/>
          </w:tcPr>
          <w:p w14:paraId="3043A175" w14:textId="77777777" w:rsidR="00903A9F" w:rsidRPr="00903A9F" w:rsidRDefault="00903A9F" w:rsidP="00903A9F">
            <w:pPr>
              <w:rPr>
                <w:sz w:val="24"/>
                <w:szCs w:val="24"/>
                <w:lang w:val="nl-NL"/>
              </w:rPr>
            </w:pPr>
            <w:r w:rsidRPr="00903A9F">
              <w:rPr>
                <w:b/>
                <w:sz w:val="24"/>
                <w:szCs w:val="24"/>
                <w:lang w:val="nl-NL"/>
              </w:rPr>
              <w:t>Wil je via je kunstwerk ook iets meegeven aan het bredere publiek?</w:t>
            </w:r>
          </w:p>
          <w:p w14:paraId="2D95DFCB" w14:textId="77777777" w:rsidR="00903A9F" w:rsidRDefault="00903A9F" w:rsidP="00903A9F">
            <w:r>
              <w:t>___________________________________________________________________________________________</w:t>
            </w:r>
          </w:p>
          <w:p w14:paraId="69B743DD" w14:textId="77777777" w:rsidR="00903A9F" w:rsidRDefault="00903A9F" w:rsidP="00903A9F">
            <w:r>
              <w:t>___________________________________________________________________________________________</w:t>
            </w:r>
          </w:p>
          <w:p w14:paraId="36B35C50" w14:textId="77777777" w:rsidR="00903A9F" w:rsidRDefault="00903A9F" w:rsidP="00903A9F">
            <w:r>
              <w:t>___________________________________________________________________________________________</w:t>
            </w:r>
          </w:p>
          <w:p w14:paraId="19E9398A" w14:textId="77777777" w:rsidR="00903A9F" w:rsidRDefault="00903A9F" w:rsidP="00903A9F">
            <w:r>
              <w:t>___________________________________________________________________________________________</w:t>
            </w:r>
          </w:p>
          <w:p w14:paraId="235119C2" w14:textId="77777777" w:rsidR="00903A9F" w:rsidRDefault="00903A9F" w:rsidP="00903A9F">
            <w:r>
              <w:t>___________________________________________________________________________________________</w:t>
            </w:r>
          </w:p>
        </w:tc>
      </w:tr>
    </w:tbl>
    <w:p w14:paraId="0A6D92C8" w14:textId="77777777" w:rsidR="00C74FA6" w:rsidRDefault="00C74FA6"/>
    <w:tbl>
      <w:tblPr>
        <w:tblpPr w:leftFromText="180" w:rightFromText="180" w:vertAnchor="text" w:horzAnchor="margin" w:tblpY="-67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903A9F" w14:paraId="6FC00ABE" w14:textId="77777777" w:rsidTr="00903A9F">
        <w:tc>
          <w:tcPr>
            <w:tcW w:w="10200" w:type="dxa"/>
            <w:shd w:val="clear" w:color="auto" w:fill="F4F8FB"/>
          </w:tcPr>
          <w:p w14:paraId="4E3BB1CE" w14:textId="77777777" w:rsidR="00903A9F" w:rsidRPr="00903A9F" w:rsidRDefault="00903A9F" w:rsidP="00903A9F">
            <w:pPr>
              <w:rPr>
                <w:sz w:val="24"/>
                <w:szCs w:val="24"/>
                <w:lang w:val="nl-NL"/>
              </w:rPr>
            </w:pPr>
            <w:r w:rsidRPr="00903A9F">
              <w:rPr>
                <w:b/>
                <w:sz w:val="24"/>
                <w:szCs w:val="24"/>
                <w:lang w:val="nl-NL"/>
              </w:rPr>
              <w:t>Kun je beschrijven wat het creëren van kunst met jou heeft gedaan?</w:t>
            </w:r>
          </w:p>
          <w:p w14:paraId="6321176E" w14:textId="77777777" w:rsidR="00903A9F" w:rsidRDefault="00903A9F" w:rsidP="00903A9F">
            <w:r>
              <w:t>___________________________________________________________________________________________</w:t>
            </w:r>
          </w:p>
          <w:p w14:paraId="078CD0DF" w14:textId="77777777" w:rsidR="00903A9F" w:rsidRDefault="00903A9F" w:rsidP="00903A9F">
            <w:r>
              <w:t>___________________________________________________________________________________________</w:t>
            </w:r>
          </w:p>
          <w:p w14:paraId="4035C2CB" w14:textId="77777777" w:rsidR="00903A9F" w:rsidRDefault="00903A9F" w:rsidP="00903A9F">
            <w:r>
              <w:t>___________________________________________________________________________________________</w:t>
            </w:r>
          </w:p>
          <w:p w14:paraId="697EC008" w14:textId="77777777" w:rsidR="00903A9F" w:rsidRDefault="00903A9F" w:rsidP="00903A9F">
            <w:r>
              <w:t>___________________________________________________________________________________________</w:t>
            </w:r>
          </w:p>
          <w:p w14:paraId="3E99EE63" w14:textId="77777777" w:rsidR="00903A9F" w:rsidRDefault="00903A9F" w:rsidP="00903A9F">
            <w:r>
              <w:t>___________________________________________________________________________________________</w:t>
            </w:r>
          </w:p>
          <w:p w14:paraId="325B32FE" w14:textId="77777777" w:rsidR="00903A9F" w:rsidRDefault="00903A9F" w:rsidP="00903A9F">
            <w:r>
              <w:t>___________________________________________________________________________________________</w:t>
            </w:r>
          </w:p>
        </w:tc>
      </w:tr>
    </w:tbl>
    <w:p w14:paraId="3AE5EAF6" w14:textId="77777777" w:rsidR="00C74FA6" w:rsidRDefault="00C74FA6"/>
    <w:tbl>
      <w:tblPr>
        <w:tblpPr w:leftFromText="180" w:rightFromText="180" w:vertAnchor="text" w:horzAnchor="margin" w:tblpY="-1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903A9F" w14:paraId="3D3DC54A" w14:textId="77777777" w:rsidTr="00903A9F">
        <w:tc>
          <w:tcPr>
            <w:tcW w:w="10200" w:type="dxa"/>
            <w:shd w:val="clear" w:color="auto" w:fill="F4F8FB"/>
          </w:tcPr>
          <w:p w14:paraId="0818456E" w14:textId="77777777" w:rsidR="00903A9F" w:rsidRPr="00903A9F" w:rsidRDefault="00903A9F" w:rsidP="00903A9F">
            <w:pPr>
              <w:rPr>
                <w:sz w:val="24"/>
                <w:szCs w:val="24"/>
              </w:rPr>
            </w:pPr>
            <w:proofErr w:type="spellStart"/>
            <w:r w:rsidRPr="00903A9F">
              <w:rPr>
                <w:b/>
                <w:sz w:val="24"/>
                <w:szCs w:val="24"/>
              </w:rPr>
              <w:t>Vragen</w:t>
            </w:r>
            <w:proofErr w:type="spellEnd"/>
            <w:r w:rsidRPr="00903A9F">
              <w:rPr>
                <w:b/>
                <w:sz w:val="24"/>
                <w:szCs w:val="24"/>
              </w:rPr>
              <w:t xml:space="preserve"> of </w:t>
            </w:r>
            <w:proofErr w:type="spellStart"/>
            <w:r w:rsidRPr="00903A9F">
              <w:rPr>
                <w:b/>
                <w:sz w:val="24"/>
                <w:szCs w:val="24"/>
              </w:rPr>
              <w:t>opmerkingen</w:t>
            </w:r>
            <w:proofErr w:type="spellEnd"/>
          </w:p>
          <w:p w14:paraId="262C4010" w14:textId="77777777" w:rsidR="00903A9F" w:rsidRDefault="00903A9F" w:rsidP="00903A9F">
            <w:r>
              <w:t>___________________________________________________________________________________________</w:t>
            </w:r>
          </w:p>
          <w:p w14:paraId="0AA27B02" w14:textId="77777777" w:rsidR="00903A9F" w:rsidRDefault="00903A9F" w:rsidP="00903A9F">
            <w:r>
              <w:t>___________________________________________________________________________________________</w:t>
            </w:r>
          </w:p>
          <w:p w14:paraId="1655C35C" w14:textId="77777777" w:rsidR="00903A9F" w:rsidRDefault="00903A9F" w:rsidP="00903A9F">
            <w:r>
              <w:t>___________________________________________________________________________________________</w:t>
            </w:r>
          </w:p>
          <w:p w14:paraId="73346CC5" w14:textId="77777777" w:rsidR="00903A9F" w:rsidRDefault="00903A9F" w:rsidP="00903A9F">
            <w:r>
              <w:t>___________________________________________________________________________________________</w:t>
            </w:r>
          </w:p>
        </w:tc>
      </w:tr>
    </w:tbl>
    <w:p w14:paraId="3585FAF4" w14:textId="6B0DC2A1" w:rsidR="00C74FA6" w:rsidRPr="00E822ED" w:rsidRDefault="002811B9" w:rsidP="000B1F8F">
      <w:pPr>
        <w:rPr>
          <w:lang w:val="nl-NL"/>
        </w:rPr>
      </w:pPr>
      <w:r w:rsidRPr="00E822ED">
        <w:rPr>
          <w:lang w:val="nl-NL"/>
        </w:rPr>
        <w:br w:type="page"/>
      </w:r>
      <w:r w:rsidRPr="00E822ED">
        <w:rPr>
          <w:b/>
          <w:color w:val="48627A"/>
          <w:sz w:val="44"/>
          <w:lang w:val="nl-NL"/>
        </w:rPr>
        <w:lastRenderedPageBreak/>
        <w:t>INFO</w:t>
      </w:r>
      <w:r w:rsidR="00903A9F">
        <w:rPr>
          <w:b/>
          <w:color w:val="48627A"/>
          <w:sz w:val="44"/>
          <w:lang w:val="nl-NL"/>
        </w:rPr>
        <w:t xml:space="preserve">RMATIE </w:t>
      </w:r>
      <w:r w:rsidRPr="00E822ED">
        <w:rPr>
          <w:b/>
          <w:color w:val="48627A"/>
          <w:sz w:val="44"/>
          <w:lang w:val="nl-NL"/>
        </w:rPr>
        <w:t>PLAK</w:t>
      </w:r>
      <w:r w:rsidR="00903A9F">
        <w:rPr>
          <w:b/>
          <w:color w:val="48627A"/>
          <w:sz w:val="44"/>
          <w:lang w:val="nl-NL"/>
        </w:rPr>
        <w:t>K</w:t>
      </w:r>
      <w:r w:rsidRPr="00E822ED">
        <w:rPr>
          <w:b/>
          <w:color w:val="48627A"/>
          <w:sz w:val="44"/>
          <w:lang w:val="nl-NL"/>
        </w:rPr>
        <w:t>AAT BIJ HET KUNSTWERK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C74FA6" w14:paraId="0654BC92" w14:textId="77777777">
        <w:trPr>
          <w:jc w:val="center"/>
        </w:trPr>
        <w:tc>
          <w:tcPr>
            <w:tcW w:w="10200" w:type="dxa"/>
            <w:shd w:val="clear" w:color="auto" w:fill="F4F8FB"/>
          </w:tcPr>
          <w:p w14:paraId="6FF92EB1" w14:textId="77777777" w:rsidR="00C74FA6" w:rsidRPr="00903A9F" w:rsidRDefault="002811B9">
            <w:pPr>
              <w:rPr>
                <w:sz w:val="24"/>
                <w:szCs w:val="24"/>
              </w:rPr>
            </w:pPr>
            <w:proofErr w:type="spellStart"/>
            <w:r w:rsidRPr="00903A9F">
              <w:rPr>
                <w:b/>
                <w:sz w:val="24"/>
                <w:szCs w:val="24"/>
              </w:rPr>
              <w:t>Titel</w:t>
            </w:r>
            <w:proofErr w:type="spellEnd"/>
            <w:r w:rsidRPr="00903A9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03A9F">
              <w:rPr>
                <w:b/>
                <w:sz w:val="24"/>
                <w:szCs w:val="24"/>
              </w:rPr>
              <w:t>kunstwerk</w:t>
            </w:r>
            <w:proofErr w:type="spellEnd"/>
          </w:p>
          <w:p w14:paraId="45812427" w14:textId="0F4779E5" w:rsidR="00C74FA6" w:rsidRDefault="002811B9">
            <w:r>
              <w:t>___________________________________________________________________________________________</w:t>
            </w:r>
          </w:p>
        </w:tc>
      </w:tr>
    </w:tbl>
    <w:p w14:paraId="7BD2DCB1" w14:textId="77777777" w:rsidR="00C74FA6" w:rsidRDefault="00C74FA6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C74FA6" w14:paraId="154DA3B6" w14:textId="77777777">
        <w:trPr>
          <w:jc w:val="center"/>
        </w:trPr>
        <w:tc>
          <w:tcPr>
            <w:tcW w:w="10200" w:type="dxa"/>
            <w:shd w:val="clear" w:color="auto" w:fill="F4F8FB"/>
          </w:tcPr>
          <w:p w14:paraId="63696038" w14:textId="77777777" w:rsidR="00C74FA6" w:rsidRPr="00903A9F" w:rsidRDefault="002811B9">
            <w:pPr>
              <w:rPr>
                <w:sz w:val="24"/>
                <w:szCs w:val="24"/>
              </w:rPr>
            </w:pPr>
            <w:r w:rsidRPr="00903A9F">
              <w:rPr>
                <w:b/>
                <w:sz w:val="24"/>
                <w:szCs w:val="24"/>
              </w:rPr>
              <w:t>Artiestennaam</w:t>
            </w:r>
          </w:p>
          <w:p w14:paraId="5C9D302A" w14:textId="18DAEFED" w:rsidR="00C74FA6" w:rsidRDefault="002811B9">
            <w:r>
              <w:t>___________________________________________________________________________________________</w:t>
            </w:r>
          </w:p>
        </w:tc>
      </w:tr>
    </w:tbl>
    <w:p w14:paraId="65904FE7" w14:textId="77777777" w:rsidR="00C74FA6" w:rsidRDefault="00C74FA6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C74FA6" w14:paraId="336D69F3" w14:textId="77777777">
        <w:trPr>
          <w:jc w:val="center"/>
        </w:trPr>
        <w:tc>
          <w:tcPr>
            <w:tcW w:w="10200" w:type="dxa"/>
            <w:shd w:val="clear" w:color="auto" w:fill="F4F8FB"/>
          </w:tcPr>
          <w:p w14:paraId="6C5645CE" w14:textId="77777777" w:rsidR="00C74FA6" w:rsidRPr="00903A9F" w:rsidRDefault="002811B9">
            <w:pPr>
              <w:rPr>
                <w:sz w:val="24"/>
                <w:szCs w:val="24"/>
                <w:lang w:val="nl-NL"/>
              </w:rPr>
            </w:pPr>
            <w:r w:rsidRPr="00903A9F">
              <w:rPr>
                <w:b/>
                <w:sz w:val="24"/>
                <w:szCs w:val="24"/>
                <w:lang w:val="nl-NL"/>
              </w:rPr>
              <w:t>Verhaal achter je kunstwerk (max. 100 woorden)</w:t>
            </w:r>
            <w:r w:rsidRPr="00903A9F">
              <w:rPr>
                <w:b/>
                <w:sz w:val="24"/>
                <w:szCs w:val="24"/>
                <w:lang w:val="nl-NL"/>
              </w:rPr>
              <w:br/>
              <w:t>Beschrijf in je eigen woorden wat je werk betekent en wat je graag met anderen wilt delen.</w:t>
            </w:r>
          </w:p>
          <w:p w14:paraId="44C0D776" w14:textId="6DD2B61D" w:rsidR="00C74FA6" w:rsidRDefault="002811B9">
            <w:r>
              <w:t>________________________</w:t>
            </w:r>
            <w:r>
              <w:t>___________________________________________________________________</w:t>
            </w:r>
          </w:p>
          <w:p w14:paraId="3516ABCD" w14:textId="290B8A0F" w:rsidR="00C74FA6" w:rsidRDefault="002811B9">
            <w:r>
              <w:t>___________________________________________________________________________________________</w:t>
            </w:r>
          </w:p>
          <w:p w14:paraId="41C99A75" w14:textId="5A5D0436" w:rsidR="00C74FA6" w:rsidRDefault="002811B9">
            <w:r>
              <w:t>___________________________________________________________________________________________</w:t>
            </w:r>
          </w:p>
          <w:p w14:paraId="6E37632D" w14:textId="3B5C23C1" w:rsidR="00C74FA6" w:rsidRDefault="002811B9">
            <w:r>
              <w:t>____</w:t>
            </w:r>
            <w:r>
              <w:t>_______________________________________________________________________________________</w:t>
            </w:r>
          </w:p>
          <w:p w14:paraId="5DE4AC08" w14:textId="3E02D129" w:rsidR="00C74FA6" w:rsidRDefault="002811B9">
            <w:r>
              <w:t>___________________________________________________________________________________________</w:t>
            </w:r>
          </w:p>
          <w:p w14:paraId="28A8A452" w14:textId="260C7BF4" w:rsidR="00C74FA6" w:rsidRDefault="002811B9">
            <w:r>
              <w:t>____________________________________________________________________________</w:t>
            </w:r>
            <w:r>
              <w:t>_______________</w:t>
            </w:r>
          </w:p>
          <w:p w14:paraId="68B4A977" w14:textId="0A83258D" w:rsidR="00C74FA6" w:rsidRDefault="002811B9">
            <w:r>
              <w:t>___________________________________________________________________________________________</w:t>
            </w:r>
          </w:p>
          <w:p w14:paraId="75D6259A" w14:textId="7C9730DE" w:rsidR="00C74FA6" w:rsidRDefault="002811B9">
            <w:r>
              <w:t>___________________________________________________________________________________________</w:t>
            </w:r>
          </w:p>
        </w:tc>
      </w:tr>
    </w:tbl>
    <w:p w14:paraId="0786636D" w14:textId="77777777" w:rsidR="00C74FA6" w:rsidRDefault="00C74FA6"/>
    <w:p w14:paraId="4BF1258A" w14:textId="77777777" w:rsidR="00903A9F" w:rsidRPr="000B1F8F" w:rsidRDefault="00903A9F" w:rsidP="00903A9F">
      <w:pPr>
        <w:rPr>
          <w:lang w:val="nl-NL"/>
        </w:rPr>
      </w:pPr>
      <w:r>
        <w:rPr>
          <w:b/>
          <w:color w:val="48627A"/>
          <w:sz w:val="28"/>
          <w:szCs w:val="28"/>
          <w:lang w:val="nl-NL"/>
        </w:rPr>
        <w:br/>
      </w:r>
      <w:r>
        <w:rPr>
          <w:b/>
          <w:color w:val="48627A"/>
          <w:sz w:val="44"/>
          <w:lang w:val="nl-NL"/>
        </w:rPr>
        <w:t>TOESTEMMINGSVERKLARING</w:t>
      </w:r>
    </w:p>
    <w:p w14:paraId="7D3A0C00" w14:textId="77777777" w:rsidR="00903A9F" w:rsidRDefault="00903A9F" w:rsidP="00903A9F">
      <w:pPr>
        <w:rPr>
          <w:b/>
          <w:color w:val="48627A"/>
          <w:sz w:val="28"/>
          <w:szCs w:val="28"/>
          <w:lang w:val="nl-NL"/>
        </w:rPr>
      </w:pPr>
      <w:r w:rsidRPr="00E822ED">
        <w:rPr>
          <w:b/>
          <w:color w:val="48627A"/>
          <w:sz w:val="28"/>
          <w:szCs w:val="28"/>
          <w:lang w:val="nl-NL"/>
        </w:rPr>
        <w:t xml:space="preserve">Voor de </w:t>
      </w:r>
      <w:r>
        <w:rPr>
          <w:b/>
          <w:color w:val="48627A"/>
          <w:sz w:val="28"/>
          <w:szCs w:val="28"/>
          <w:lang w:val="nl-NL"/>
        </w:rPr>
        <w:t>‘</w:t>
      </w:r>
      <w:r w:rsidRPr="00E822ED">
        <w:rPr>
          <w:b/>
          <w:color w:val="48627A"/>
          <w:sz w:val="28"/>
          <w:szCs w:val="28"/>
          <w:lang w:val="nl-NL"/>
        </w:rPr>
        <w:t>publieke tentoonstellingen</w:t>
      </w:r>
      <w:r>
        <w:rPr>
          <w:b/>
          <w:color w:val="48627A"/>
          <w:sz w:val="28"/>
          <w:szCs w:val="28"/>
          <w:lang w:val="nl-NL"/>
        </w:rPr>
        <w:t>’</w:t>
      </w:r>
      <w:r w:rsidRPr="00E822ED">
        <w:rPr>
          <w:b/>
          <w:color w:val="48627A"/>
          <w:sz w:val="28"/>
          <w:szCs w:val="28"/>
          <w:lang w:val="nl-NL"/>
        </w:rPr>
        <w:t xml:space="preserve"> en </w:t>
      </w:r>
      <w:r>
        <w:rPr>
          <w:b/>
          <w:color w:val="48627A"/>
          <w:sz w:val="28"/>
          <w:szCs w:val="28"/>
          <w:lang w:val="nl-NL"/>
        </w:rPr>
        <w:t>‘</w:t>
      </w:r>
      <w:r w:rsidRPr="00E822ED">
        <w:rPr>
          <w:b/>
          <w:color w:val="48627A"/>
          <w:sz w:val="28"/>
          <w:szCs w:val="28"/>
          <w:lang w:val="nl-NL"/>
        </w:rPr>
        <w:t>promotionele doeleinden</w:t>
      </w:r>
      <w:r>
        <w:rPr>
          <w:b/>
          <w:color w:val="48627A"/>
          <w:sz w:val="28"/>
          <w:szCs w:val="28"/>
          <w:lang w:val="nl-NL"/>
        </w:rPr>
        <w:t>’</w:t>
      </w:r>
      <w:r w:rsidRPr="00E822ED">
        <w:rPr>
          <w:b/>
          <w:color w:val="48627A"/>
          <w:sz w:val="28"/>
          <w:szCs w:val="28"/>
          <w:lang w:val="nl-NL"/>
        </w:rPr>
        <w:t xml:space="preserve"> geef ik toestemming dat de informatie van dit document </w:t>
      </w:r>
      <w:r>
        <w:rPr>
          <w:b/>
          <w:color w:val="48627A"/>
          <w:sz w:val="28"/>
          <w:szCs w:val="28"/>
          <w:lang w:val="nl-NL"/>
        </w:rPr>
        <w:t>mag worden gebruikt.</w:t>
      </w:r>
    </w:p>
    <w:p w14:paraId="36EB5948" w14:textId="77777777" w:rsidR="00903A9F" w:rsidRPr="000B1F8F" w:rsidRDefault="00903A9F" w:rsidP="00903A9F">
      <w:pPr>
        <w:pStyle w:val="Lijstalinea"/>
        <w:numPr>
          <w:ilvl w:val="0"/>
          <w:numId w:val="10"/>
        </w:numPr>
        <w:rPr>
          <w:bCs/>
          <w:color w:val="48627A"/>
          <w:sz w:val="28"/>
          <w:szCs w:val="28"/>
          <w:lang w:val="nl-NL"/>
        </w:rPr>
      </w:pPr>
      <w:r w:rsidRPr="000B1F8F">
        <w:rPr>
          <w:bCs/>
          <w:color w:val="48627A"/>
          <w:sz w:val="28"/>
          <w:szCs w:val="28"/>
          <w:lang w:val="nl-NL"/>
        </w:rPr>
        <w:t>Ja, ik geef graag toestemming</w:t>
      </w:r>
      <w:r>
        <w:rPr>
          <w:bCs/>
          <w:color w:val="48627A"/>
          <w:sz w:val="28"/>
          <w:szCs w:val="28"/>
          <w:lang w:val="nl-NL"/>
        </w:rPr>
        <w:t xml:space="preserve"> voor gebruik van de info</w:t>
      </w:r>
      <w:r w:rsidRPr="000B1F8F">
        <w:rPr>
          <w:bCs/>
          <w:color w:val="48627A"/>
          <w:sz w:val="28"/>
          <w:szCs w:val="28"/>
          <w:lang w:val="nl-NL"/>
        </w:rPr>
        <w:t>.</w:t>
      </w:r>
    </w:p>
    <w:p w14:paraId="7DCCED9A" w14:textId="77777777" w:rsidR="00903A9F" w:rsidRPr="000B1F8F" w:rsidRDefault="00903A9F" w:rsidP="00903A9F">
      <w:pPr>
        <w:pStyle w:val="Lijstalinea"/>
        <w:numPr>
          <w:ilvl w:val="0"/>
          <w:numId w:val="10"/>
        </w:numPr>
        <w:rPr>
          <w:bCs/>
          <w:color w:val="48627A"/>
          <w:sz w:val="28"/>
          <w:szCs w:val="28"/>
          <w:lang w:val="nl-NL"/>
        </w:rPr>
      </w:pPr>
      <w:r w:rsidRPr="000B1F8F">
        <w:rPr>
          <w:bCs/>
          <w:color w:val="48627A"/>
          <w:sz w:val="28"/>
          <w:szCs w:val="28"/>
          <w:lang w:val="nl-NL"/>
        </w:rPr>
        <w:t>Ja, maar</w:t>
      </w:r>
      <w:r>
        <w:rPr>
          <w:bCs/>
          <w:color w:val="48627A"/>
          <w:sz w:val="28"/>
          <w:szCs w:val="28"/>
          <w:lang w:val="nl-NL"/>
        </w:rPr>
        <w:t xml:space="preserve"> de info mag enkel anoniem (met artiestennaam) verspreid worden.</w:t>
      </w:r>
    </w:p>
    <w:p w14:paraId="39C433F7" w14:textId="77777777" w:rsidR="00903A9F" w:rsidRPr="000B1F8F" w:rsidRDefault="00903A9F" w:rsidP="00903A9F">
      <w:pPr>
        <w:pStyle w:val="Lijstalinea"/>
        <w:numPr>
          <w:ilvl w:val="0"/>
          <w:numId w:val="10"/>
        </w:numPr>
        <w:rPr>
          <w:bCs/>
          <w:color w:val="48627A"/>
          <w:sz w:val="28"/>
          <w:szCs w:val="28"/>
          <w:lang w:val="nl-NL"/>
        </w:rPr>
      </w:pPr>
      <w:r w:rsidRPr="000B1F8F">
        <w:rPr>
          <w:bCs/>
          <w:color w:val="48627A"/>
          <w:sz w:val="28"/>
          <w:szCs w:val="28"/>
          <w:lang w:val="nl-NL"/>
        </w:rPr>
        <w:t xml:space="preserve">Nee, ik wens niet dat de </w:t>
      </w:r>
      <w:r>
        <w:rPr>
          <w:bCs/>
          <w:color w:val="48627A"/>
          <w:sz w:val="28"/>
          <w:szCs w:val="28"/>
          <w:lang w:val="nl-NL"/>
        </w:rPr>
        <w:t xml:space="preserve">info gebruikt wordt. </w:t>
      </w:r>
      <w:r>
        <w:rPr>
          <w:bCs/>
          <w:color w:val="48627A"/>
          <w:sz w:val="28"/>
          <w:szCs w:val="28"/>
          <w:lang w:val="nl-NL"/>
        </w:rPr>
        <w:br/>
      </w:r>
      <w:r w:rsidRPr="000B1F8F">
        <w:rPr>
          <w:bCs/>
          <w:i/>
          <w:iCs/>
          <w:color w:val="48627A"/>
          <w:lang w:val="nl-NL"/>
        </w:rPr>
        <w:t xml:space="preserve">Opgelet! Dit houdt in dat we je werk niet kunnen tentoonstellen </w:t>
      </w:r>
      <w:r>
        <w:rPr>
          <w:bCs/>
          <w:i/>
          <w:iCs/>
          <w:color w:val="48627A"/>
          <w:lang w:val="nl-NL"/>
        </w:rPr>
        <w:t xml:space="preserve">voor </w:t>
      </w:r>
      <w:r w:rsidRPr="000B1F8F">
        <w:rPr>
          <w:bCs/>
          <w:i/>
          <w:iCs/>
          <w:color w:val="48627A"/>
          <w:lang w:val="nl-NL"/>
        </w:rPr>
        <w:t>het finale event op vrijdag 9 oktober</w:t>
      </w:r>
      <w:r>
        <w:rPr>
          <w:bCs/>
          <w:i/>
          <w:iCs/>
          <w:color w:val="48627A"/>
          <w:lang w:val="nl-NL"/>
        </w:rPr>
        <w:t xml:space="preserve"> in AZ Monica, </w:t>
      </w:r>
      <w:r w:rsidRPr="000B1F8F">
        <w:rPr>
          <w:bCs/>
          <w:i/>
          <w:iCs/>
          <w:color w:val="48627A"/>
          <w:lang w:val="nl-NL"/>
        </w:rPr>
        <w:t xml:space="preserve">het Zuiderpershuis, </w:t>
      </w:r>
      <w:proofErr w:type="spellStart"/>
      <w:r w:rsidRPr="000B1F8F">
        <w:rPr>
          <w:bCs/>
          <w:i/>
          <w:iCs/>
          <w:color w:val="48627A"/>
          <w:lang w:val="nl-NL"/>
        </w:rPr>
        <w:t>KdG</w:t>
      </w:r>
      <w:proofErr w:type="spellEnd"/>
      <w:r w:rsidRPr="000B1F8F">
        <w:rPr>
          <w:bCs/>
          <w:i/>
          <w:iCs/>
          <w:color w:val="48627A"/>
          <w:lang w:val="nl-NL"/>
        </w:rPr>
        <w:t xml:space="preserve"> en als tentoonstelling in ziekenhuizen </w:t>
      </w:r>
      <w:r>
        <w:rPr>
          <w:bCs/>
          <w:i/>
          <w:iCs/>
          <w:color w:val="48627A"/>
          <w:lang w:val="nl-NL"/>
        </w:rPr>
        <w:t xml:space="preserve">van de </w:t>
      </w:r>
      <w:r w:rsidRPr="000B1F8F">
        <w:rPr>
          <w:bCs/>
          <w:i/>
          <w:iCs/>
          <w:color w:val="48627A"/>
          <w:lang w:val="nl-NL"/>
        </w:rPr>
        <w:t>provincie Antwerpen.</w:t>
      </w:r>
    </w:p>
    <w:p w14:paraId="324B5553" w14:textId="370A70B5" w:rsidR="000B1F8F" w:rsidRDefault="000B1F8F" w:rsidP="00E822ED">
      <w:pPr>
        <w:rPr>
          <w:b/>
          <w:color w:val="48627A"/>
          <w:sz w:val="28"/>
          <w:szCs w:val="28"/>
          <w:lang w:val="nl-NL"/>
        </w:rPr>
      </w:pPr>
    </w:p>
    <w:p w14:paraId="706485D2" w14:textId="3CEA232F" w:rsidR="00E822ED" w:rsidRPr="00E822ED" w:rsidRDefault="000B1F8F" w:rsidP="00E822ED">
      <w:pPr>
        <w:rPr>
          <w:lang w:val="nl-NL"/>
        </w:rPr>
      </w:pPr>
      <w:r>
        <w:rPr>
          <w:b/>
          <w:color w:val="48627A"/>
          <w:sz w:val="44"/>
          <w:lang w:val="nl-NL"/>
        </w:rPr>
        <w:lastRenderedPageBreak/>
        <w:br/>
      </w:r>
      <w:r w:rsidR="00E822ED">
        <w:rPr>
          <w:b/>
          <w:color w:val="48627A"/>
          <w:sz w:val="44"/>
          <w:lang w:val="nl-NL"/>
        </w:rPr>
        <w:t>FOTO(S) VAN HET</w:t>
      </w:r>
      <w:r w:rsidR="00E822ED" w:rsidRPr="00E822ED">
        <w:rPr>
          <w:b/>
          <w:color w:val="48627A"/>
          <w:sz w:val="44"/>
          <w:lang w:val="nl-NL"/>
        </w:rPr>
        <w:t xml:space="preserve"> KUNSTWERK</w:t>
      </w:r>
    </w:p>
    <w:p w14:paraId="4C29FD20" w14:textId="3058918C" w:rsidR="00E822ED" w:rsidRPr="00903A9F" w:rsidRDefault="00E822ED" w:rsidP="000B1F8F">
      <w:pPr>
        <w:rPr>
          <w:b/>
          <w:bCs/>
          <w:sz w:val="24"/>
          <w:szCs w:val="24"/>
          <w:lang w:val="nl-NL"/>
        </w:rPr>
      </w:pPr>
      <w:r w:rsidRPr="00903A9F">
        <w:rPr>
          <w:b/>
          <w:bCs/>
          <w:sz w:val="24"/>
          <w:szCs w:val="24"/>
          <w:lang w:val="nl-NL"/>
        </w:rPr>
        <w:t xml:space="preserve">Kopieer </w:t>
      </w:r>
      <w:r w:rsidR="00721D73" w:rsidRPr="00903A9F">
        <w:rPr>
          <w:b/>
          <w:bCs/>
          <w:sz w:val="24"/>
          <w:szCs w:val="24"/>
          <w:lang w:val="nl-NL"/>
        </w:rPr>
        <w:t xml:space="preserve">gelieve </w:t>
      </w:r>
      <w:r w:rsidRPr="00903A9F">
        <w:rPr>
          <w:b/>
          <w:bCs/>
          <w:sz w:val="24"/>
          <w:szCs w:val="24"/>
          <w:lang w:val="nl-NL"/>
        </w:rPr>
        <w:t xml:space="preserve">één </w:t>
      </w:r>
      <w:r w:rsidR="000B1F8F" w:rsidRPr="00903A9F">
        <w:rPr>
          <w:b/>
          <w:bCs/>
          <w:sz w:val="24"/>
          <w:szCs w:val="24"/>
          <w:lang w:val="nl-NL"/>
        </w:rPr>
        <w:t>(</w:t>
      </w:r>
      <w:r w:rsidRPr="00903A9F">
        <w:rPr>
          <w:b/>
          <w:bCs/>
          <w:sz w:val="24"/>
          <w:szCs w:val="24"/>
          <w:lang w:val="nl-NL"/>
        </w:rPr>
        <w:t xml:space="preserve">en max 3) </w:t>
      </w:r>
      <w:r w:rsidR="000B1F8F" w:rsidRPr="00903A9F">
        <w:rPr>
          <w:b/>
          <w:bCs/>
          <w:sz w:val="24"/>
          <w:szCs w:val="24"/>
          <w:lang w:val="nl-NL"/>
        </w:rPr>
        <w:t xml:space="preserve">goed belichte </w:t>
      </w:r>
      <w:r w:rsidRPr="00903A9F">
        <w:rPr>
          <w:b/>
          <w:bCs/>
          <w:sz w:val="24"/>
          <w:szCs w:val="24"/>
          <w:lang w:val="nl-NL"/>
        </w:rPr>
        <w:t>foto van je kunstwerk in dit document.</w:t>
      </w:r>
      <w:r w:rsidRPr="00903A9F">
        <w:rPr>
          <w:b/>
          <w:bCs/>
          <w:sz w:val="24"/>
          <w:szCs w:val="24"/>
          <w:lang w:val="nl-NL"/>
        </w:rPr>
        <w:br/>
      </w:r>
      <w:r w:rsidRPr="00903A9F">
        <w:rPr>
          <w:b/>
          <w:bCs/>
          <w:sz w:val="24"/>
          <w:szCs w:val="24"/>
          <w:lang w:val="nl-NL"/>
        </w:rPr>
        <w:br/>
      </w:r>
    </w:p>
    <w:p w14:paraId="20C0BA8E" w14:textId="04329362" w:rsidR="00903A9F" w:rsidRPr="000B1F8F" w:rsidRDefault="00903A9F" w:rsidP="00903A9F">
      <w:pPr>
        <w:rPr>
          <w:bCs/>
          <w:color w:val="48627A"/>
          <w:sz w:val="28"/>
          <w:szCs w:val="28"/>
          <w:lang w:val="nl-NL"/>
        </w:rPr>
      </w:pPr>
      <w:r>
        <w:rPr>
          <w:b/>
          <w:color w:val="48627A"/>
          <w:sz w:val="44"/>
          <w:lang w:val="nl-NL"/>
        </w:rPr>
        <w:br/>
      </w:r>
      <w:r>
        <w:rPr>
          <w:b/>
          <w:color w:val="48627A"/>
          <w:sz w:val="44"/>
          <w:lang w:val="nl-NL"/>
        </w:rPr>
        <w:br/>
      </w:r>
    </w:p>
    <w:p w14:paraId="18E5B035" w14:textId="01E09FED" w:rsidR="00E822ED" w:rsidRPr="00E822ED" w:rsidRDefault="00E822ED">
      <w:pPr>
        <w:rPr>
          <w:b/>
          <w:bCs/>
          <w:lang w:val="nl-NL"/>
        </w:rPr>
      </w:pPr>
    </w:p>
    <w:sectPr w:rsidR="00E822ED" w:rsidRPr="00E822ED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A1D5390"/>
    <w:multiLevelType w:val="hybridMultilevel"/>
    <w:tmpl w:val="E2E60EF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1F8F"/>
    <w:rsid w:val="00143C2A"/>
    <w:rsid w:val="0015074B"/>
    <w:rsid w:val="00224DFC"/>
    <w:rsid w:val="002811B9"/>
    <w:rsid w:val="0029639D"/>
    <w:rsid w:val="00326F90"/>
    <w:rsid w:val="003351F3"/>
    <w:rsid w:val="0033744A"/>
    <w:rsid w:val="00721D73"/>
    <w:rsid w:val="00892BE2"/>
    <w:rsid w:val="00903A9F"/>
    <w:rsid w:val="00AA1D8D"/>
    <w:rsid w:val="00B47730"/>
    <w:rsid w:val="00C74FA6"/>
    <w:rsid w:val="00CB0664"/>
    <w:rsid w:val="00E822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5B4225"/>
  <w14:defaultImageDpi w14:val="300"/>
  <w15:docId w15:val="{995E98FB-7880-884F-BF4C-8AFDC088F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ardalinea-lettertype"/>
    <w:uiPriority w:val="99"/>
    <w:unhideWhenUsed/>
    <w:rsid w:val="00903A9F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03A9F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03A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cloud.microsoft/e/6QT5pS6n4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847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Waldt Adrianne</cp:lastModifiedBy>
  <cp:revision>3</cp:revision>
  <dcterms:created xsi:type="dcterms:W3CDTF">2026-07-31T13:33:00Z</dcterms:created>
  <dcterms:modified xsi:type="dcterms:W3CDTF">2026-07-31T13:34:00Z</dcterms:modified>
  <cp:category/>
</cp:coreProperties>
</file>